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Diagnóstico Integrado de Gestão para PMEs – Português (Brasil)</w:t>
      </w:r>
    </w:p>
    <w:p>
      <w:r>
        <w:t>Responda cada pergunta com: Sim (2 pontos), Parcialmente (1 ponto), Não (0 pontos).</w:t>
        <w:br/>
      </w:r>
    </w:p>
    <w:p>
      <w:pPr>
        <w:pStyle w:val="Heading2"/>
      </w:pPr>
      <w:r>
        <w:t>A. Estratégia e Direção</w:t>
      </w:r>
    </w:p>
    <w:p>
      <w:r>
        <w:t>1. A empresa possui objetivos definidos para os próximos três anos?   [ ] Sim   [ ] Parcialmente   [ ] Não</w:t>
      </w:r>
    </w:p>
    <w:p>
      <w:r>
        <w:t>2. Existe um plano anual com metas mensuráveis?   [ ] Sim   [ ] Parcialmente   [ ] Não</w:t>
      </w:r>
    </w:p>
    <w:p>
      <w:r>
        <w:t>3. Os responsáveis conhecem claramente suas funções?   [ ] Sim   [ ] Parcialmente   [ ] Não</w:t>
      </w:r>
    </w:p>
    <w:p>
      <w:r>
        <w:t>4. Os resultados do negócio são revisados periodicamente?   [ ] Sim   [ ] Parcialmente   [ ] Não</w:t>
      </w:r>
    </w:p>
    <w:p>
      <w:r>
        <w:t>5. As decisões são tomadas com base em indicadores e não apenas na experiência?   [ ] Sim   [ ] Parcialmente   [ ] Não</w:t>
      </w:r>
    </w:p>
    <w:p>
      <w:pPr>
        <w:pStyle w:val="Heading2"/>
      </w:pPr>
      <w:r>
        <w:t>B. Organização e Processos</w:t>
      </w:r>
    </w:p>
    <w:p>
      <w:r>
        <w:t>6. Os principais processos estão documentados?   [ ] Sim   [ ] Parcialmente   [ ] Não</w:t>
      </w:r>
    </w:p>
    <w:p>
      <w:r>
        <w:t>7. Existem procedimentos para as atividades críticas?   [ ] Sim   [ ] Parcialmente   [ ] Não</w:t>
      </w:r>
    </w:p>
    <w:p>
      <w:r>
        <w:t>8. Os erros ou problemas recorrentes são analisados para evitar sua repetição?   [ ] Sim   [ ] Parcialmente   [ ] Não</w:t>
      </w:r>
    </w:p>
    <w:p>
      <w:r>
        <w:t>9. Os tempos de produção ou prestação de serviços são controlados?   [ ] Sim   [ ] Parcialmente   [ ] Não</w:t>
      </w:r>
    </w:p>
    <w:p>
      <w:r>
        <w:t>10. São identificadas atividades que não agregam valor?   [ ] Sim   [ ] Parcialmente   [ ] Não</w:t>
      </w:r>
    </w:p>
    <w:p>
      <w:pPr>
        <w:pStyle w:val="Heading2"/>
      </w:pPr>
      <w:r>
        <w:t>C. Recursos Humanos</w:t>
      </w:r>
    </w:p>
    <w:p>
      <w:r>
        <w:t>11. O absenteísmo dos colaboradores é medido?   [ ] Sim   [ ] Parcialmente   [ ] Não</w:t>
      </w:r>
    </w:p>
    <w:p>
      <w:r>
        <w:t>12. A rotatividade de funcionários é controlada?   [ ] Sim   [ ] Parcialmente   [ ] Não</w:t>
      </w:r>
    </w:p>
    <w:p>
      <w:r>
        <w:t>13. Existe um programa anual de capacitação?   [ ] Sim   [ ] Parcialmente   [ ] Não</w:t>
      </w:r>
    </w:p>
    <w:p>
      <w:r>
        <w:t>14. O desempenho dos colaboradores é avaliado?   [ ] Sim   [ ] Parcialmente   [ ] Não</w:t>
      </w:r>
    </w:p>
    <w:p>
      <w:r>
        <w:t>15. São aplicadas ações para melhorar a motivação e o comprometimento?   [ ] Sim   [ ] Parcialmente   [ ] Não</w:t>
      </w:r>
    </w:p>
    <w:p>
      <w:r>
        <w:t>16. Existem reuniões periódicas entre supervisores e operadores?   [ ] Sim   [ ] Parcialmente   [ ] Não</w:t>
      </w:r>
    </w:p>
    <w:p>
      <w:pPr>
        <w:pStyle w:val="Heading2"/>
      </w:pPr>
      <w:r>
        <w:t>D. Clientes e Mercado</w:t>
      </w:r>
    </w:p>
    <w:p>
      <w:r>
        <w:t>17. A satisfação dos clientes é medida?   [ ] Sim   [ ] Parcialmente   [ ] Não</w:t>
      </w:r>
    </w:p>
    <w:p>
      <w:r>
        <w:t>18. As reclamações são registradas e analisadas?   [ ] Sim   [ ] Parcialmente   [ ] Não</w:t>
      </w:r>
    </w:p>
    <w:p>
      <w:r>
        <w:t>19. As principais causas de perda de clientes são conhecidas?   [ ] Sim   [ ] Parcialmente   [ ] Não</w:t>
      </w:r>
    </w:p>
    <w:p>
      <w:r>
        <w:t>20. A empresa realiza ações sistemáticas para conquistar novos clientes?   [ ] Sim   [ ] Parcialmente   [ ] Não</w:t>
      </w:r>
    </w:p>
    <w:p>
      <w:pPr>
        <w:pStyle w:val="Heading2"/>
      </w:pPr>
      <w:r>
        <w:t>E. Finanças e Gestão Econômica</w:t>
      </w:r>
    </w:p>
    <w:p>
      <w:r>
        <w:t>21. É elaborado um orçamento anual?   [ ] Sim   [ ] Parcialmente   [ ] Não</w:t>
      </w:r>
    </w:p>
    <w:p>
      <w:r>
        <w:t>22. Os custos reais dos produtos ou serviços são conhecidos?   [ ] Sim   [ ] Parcialmente   [ ] Não</w:t>
      </w:r>
    </w:p>
    <w:p>
      <w:r>
        <w:t>23. Os indicadores financeiros são controlados mensalmente?   [ ] Sim   [ ] Parcialmente   [ ] Não</w:t>
      </w:r>
    </w:p>
    <w:p>
      <w:r>
        <w:t>24. O nível de endividamento é compatível com a capacidade de pagamento?   [ ] Sim   [ ] Parcialmente   [ ] Não</w:t>
      </w:r>
    </w:p>
    <w:p>
      <w:r>
        <w:t>25. As margens de rentabilidade são analisadas periodicamente?   [ ] Sim   [ ] Parcialmente   [ ] Não</w:t>
      </w:r>
    </w:p>
    <w:p>
      <w:pPr>
        <w:pStyle w:val="Heading2"/>
      </w:pPr>
      <w:r>
        <w:t>F. Produção e Operações</w:t>
      </w:r>
    </w:p>
    <w:p>
      <w:r>
        <w:t>26. A produtividade é medida?   [ ] Sim   [ ] Parcialmente   [ ] Não</w:t>
      </w:r>
    </w:p>
    <w:p>
      <w:r>
        <w:t>27. As perdas, desperdícios e retrabalhos são registrados?   [ ] Sim   [ ] Parcialmente   [ ] Não</w:t>
      </w:r>
    </w:p>
    <w:p>
      <w:r>
        <w:t>28. Existe manutenção preventiva dos equipamentos?   [ ] Sim   [ ] Parcialmente   [ ] Não</w:t>
      </w:r>
    </w:p>
    <w:p>
      <w:r>
        <w:t>29. As paradas não programadas são controladas?   [ ] Sim   [ ] Parcialmente   [ ] Não</w:t>
      </w:r>
    </w:p>
    <w:p>
      <w:r>
        <w:t>30. A capacidade instalada é utilizada adequadamente?   [ ] Sim   [ ] Parcialmente   [ ] Não</w:t>
      </w:r>
    </w:p>
    <w:p>
      <w:pPr>
        <w:pStyle w:val="Heading2"/>
      </w:pPr>
      <w:r>
        <w:t>G. Compras e Fornecedores</w:t>
      </w:r>
    </w:p>
    <w:p>
      <w:r>
        <w:t>31. O desempenho dos fornecedores é avaliado periodicamente?   [ ] Sim   [ ] Parcialmente   [ ] Não</w:t>
      </w:r>
    </w:p>
    <w:p>
      <w:r>
        <w:t>32. Existem fornecedores alternativos para materiais críticos?   [ ] Sim   [ ] Parcialmente   [ ] Não</w:t>
      </w:r>
    </w:p>
    <w:p>
      <w:r>
        <w:t>33. Os prazos de entrega são controlados?   [ ] Sim   [ ] Parcialmente   [ ] Não</w:t>
      </w:r>
    </w:p>
    <w:p>
      <w:pPr>
        <w:pStyle w:val="Heading2"/>
      </w:pPr>
      <w:r>
        <w:t>H. Inovação e Tecnologia</w:t>
      </w:r>
    </w:p>
    <w:p>
      <w:r>
        <w:t>34. A empresa investe em melhorias tecnológicas?   [ ] Sim   [ ] Parcialmente   [ ] Não</w:t>
      </w:r>
    </w:p>
    <w:p>
      <w:r>
        <w:t>35. São utilizadas ferramentas de informática para gerenciar as informações?   [ ] Sim   [ ] Parcialmente   [ ] Não</w:t>
      </w:r>
    </w:p>
    <w:p>
      <w:r>
        <w:t>36. Novas oportunidades de negócio são analisadas?   [ ] Sim   [ ] Parcialmente   [ ] Não</w:t>
      </w:r>
    </w:p>
    <w:p>
      <w:pPr>
        <w:pStyle w:val="Heading2"/>
      </w:pPr>
      <w:r>
        <w:t>I. Indicadores de Gestão</w:t>
      </w:r>
    </w:p>
    <w:p>
      <w:r>
        <w:t>37. A empresa possui um painel de indicadores?   [ ] Sim   [ ] Parcialmente   [ ] Não</w:t>
      </w:r>
    </w:p>
    <w:p>
      <w:r>
        <w:t>38. Os indicadores são revisados mensalmente?   [ ] Sim   [ ] Parcialmente   [ ] Não</w:t>
      </w:r>
    </w:p>
    <w:p>
      <w:r>
        <w:t>39. As decisões importantes são baseadas em dados objetivos?   [ ] Sim   [ ] Parcialmente   [ ] Não</w:t>
      </w:r>
    </w:p>
    <w:p>
      <w:pPr>
        <w:pStyle w:val="Heading2"/>
      </w:pPr>
      <w:r>
        <w:t>J. Melhoria Contínua</w:t>
      </w:r>
    </w:p>
    <w:p>
      <w:r>
        <w:t>40. Existe uma metodologia para identificar oportunidades de melhoria?   [ ] Sim   [ ] Parcialmente   [ ] Não</w:t>
      </w:r>
    </w:p>
    <w:p>
      <w:r>
        <w:t>41. São implementadas ações corretivas quando surgem problemas?   [ ] Sim   [ ] Parcialmente   [ ] Não</w:t>
      </w:r>
    </w:p>
    <w:p>
      <w:r>
        <w:t>42. A Direção participa ativamente dos processos de melhoria?   [ ] Sim   [ ] Parcialmente   [ ] Não</w:t>
      </w:r>
    </w:p>
    <w:p>
      <w:r>
        <w:t>43. É realizado o acompanhamento das ações implementadas?   [ ] Sim   [ ] Parcialmente   [ ] Não</w:t>
      </w:r>
    </w:p>
    <w:p>
      <w:r>
        <w:t>44. A empresa incentiva a participação dos colaboradores na geração de ideias?   [ ] Sim   [ ] Parcialmente   [ ] Não</w:t>
      </w:r>
    </w:p>
    <w:p>
      <w:pPr>
        <w:pStyle w:val="Heading2"/>
      </w:pPr>
      <w:r>
        <w:t>K. Enfoque Lean</w:t>
      </w:r>
    </w:p>
    <w:p>
      <w:r>
        <w:t>45. São identificadas e eliminadas atividades que não agregam valor?   [ ] Sim   [ ] Parcialmente   [ ] Não</w:t>
      </w:r>
    </w:p>
    <w:p>
      <w:r>
        <w:t>46. São utilizados indicadores visuais?   [ ] Sim   [ ] Parcialmente   [ ] Não</w:t>
      </w:r>
    </w:p>
    <w:p>
      <w:r>
        <w:t>47. Os operadores participam de propostas de melhoria?   [ ] Sim   [ ] Parcialmente   [ ] Não</w:t>
      </w:r>
    </w:p>
    <w:p>
      <w:r>
        <w:t>48. A metodologia 5S é aplicada?   [ ] Sim   [ ] Parcialmente   [ ] Não</w:t>
      </w:r>
    </w:p>
    <w:p>
      <w:r>
        <w:t>49. Os tempos improdutivos são medidos?   [ ] Sim   [ ] Parcialmente   [ ] Não</w:t>
      </w:r>
    </w:p>
    <w:p>
      <w:r>
        <w:t>50. São realizadas reuniões rápidas de acompanhamento?   [ ] Sim   [ ] Parcialmente   [ ] Não</w:t>
      </w:r>
    </w:p>
    <w:p>
      <w:r>
        <w:t>51. Existem padrões de trabalho?   [ ] Sim   [ ] Parcialmente   [ ] Não</w:t>
      </w:r>
    </w:p>
    <w:p>
      <w:r>
        <w:t>52. As causas raiz são analisadas antes da implementação de soluções?   [ ] Sim   [ ] Parcialmente   [ ] Não</w:t>
      </w:r>
    </w:p>
    <w:p>
      <w:pPr>
        <w:pStyle w:val="Heading2"/>
      </w:pPr>
      <w:r>
        <w:t>Interpretação</w:t>
      </w:r>
    </w:p>
    <w:p>
      <w:r>
        <w:t>Sim = 2 pontos, Parcialmente = 1 ponto, Não = 0 pontos.</w:t>
        <w:br/>
        <w:t>75–88: Gestão consolidada.</w:t>
        <w:br/>
        <w:t>55–74: Bom nível, com oportunidades de melhoria.</w:t>
        <w:br/>
        <w:t>35–54: Fraquezas importantes.</w:t>
        <w:br/>
        <w:t>Menos de 35: Recomenda-se um diagnóstico integrado presencial.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