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2.svg" ContentType="image/svg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AC82D4" w14:textId="5BBEB5AB" w:rsidR="00292FD1" w:rsidRDefault="00292FD1" w:rsidP="00292FD1">
      <w:pPr>
        <w:pStyle w:val="Ttulo1"/>
        <w:ind w:left="-142"/>
        <w:jc w:val="right"/>
      </w:pPr>
      <w:r/>
    </w:p>
    <w:p w14:paraId="6D79FED5" w14:textId="64F33105" w:rsidR="00891639" w:rsidRPr="00292FD1" w:rsidRDefault="00000000" w:rsidP="00292FD1">
      <w:pPr>
        <w:pStyle w:val="Ttulo1"/>
        <w:spacing w:line="480" w:lineRule="auto"/>
        <w:jc w:val="center"/>
        <w:rPr>
          <w:lang w:val="es-AR"/>
        </w:rPr>
      </w:pPr>
      <w:r>
        <w:t>Diagnóstico Inicial de Gestão Ambiental para PMEs</w:t>
      </w:r>
    </w:p>
    <w:p w14:paraId="7C32219E" w14:textId="77777777" w:rsidR="00891639" w:rsidRPr="00292FD1" w:rsidRDefault="00000000">
      <w:pPr>
        <w:rPr>
          <w:lang w:val="es-AR"/>
        </w:rPr>
      </w:pPr>
      <w:r>
        <w:t>Este diagnóstico inicial tem como objetivo conhecer a situação ambiental da organização, identificar aspectos relevantes e identificar oportunidades de melhoria adaptadas à realidade e aos recursos disponíveis de cada empresa.</w:t>
      </w:r>
    </w:p>
    <w:p w14:paraId="2A40AE80" w14:textId="77777777" w:rsidR="00891639" w:rsidRPr="00292FD1" w:rsidRDefault="00000000">
      <w:pPr>
        <w:rPr>
          <w:lang w:val="es-AR"/>
        </w:rPr>
      </w:pPr>
      <w:r>
        <w:t>Este diagnóstico é gratuito e anônimo. Não solicitamos dados de identificação da empresa, pois compreendemos que algumas organizações podem estar passando por situações sensíveis e preferem realizar uma consulta inicial mantendo a confidencialidade. As informações serão utilizadas exclusivamente para orientar possíveis ações de melhoria ambiental.</w:t>
      </w:r>
    </w:p>
    <w:p w14:paraId="0E7320F8" w14:textId="77777777" w:rsidR="00891639" w:rsidRPr="00292FD1" w:rsidRDefault="00000000">
      <w:pPr>
        <w:pStyle w:val="Ttulo2"/>
        <w:rPr>
          <w:lang w:val="es-AR"/>
        </w:rPr>
      </w:pPr>
      <w:r>
        <w:t>1. Informações gerais da atividade</w:t>
      </w:r>
    </w:p>
    <w:p w14:paraId="71C493F8" w14:textId="77777777" w:rsidR="00891639" w:rsidRPr="00292FD1" w:rsidRDefault="00000000">
      <w:pPr>
        <w:rPr>
          <w:lang w:val="es-AR"/>
        </w:rPr>
      </w:pPr>
      <w:r>
        <w:t>Atividade principal da empresa ou setor produtivo: __________________________</w:t>
      </w:r>
    </w:p>
    <w:p w14:paraId="1D6D950B" w14:textId="77777777" w:rsidR="00891639" w:rsidRPr="00292FD1" w:rsidRDefault="00000000">
      <w:pPr>
        <w:rPr>
          <w:lang w:val="es-AR"/>
        </w:rPr>
      </w:pPr>
      <w:r>
        <w:t>Número aproximado de colaboradores: __________________________</w:t>
      </w:r>
    </w:p>
    <w:p w14:paraId="0FFB9BE5" w14:textId="77777777" w:rsidR="00891639" w:rsidRPr="00292FD1" w:rsidRDefault="00000000">
      <w:pPr>
        <w:rPr>
          <w:lang w:val="es-AR"/>
        </w:rPr>
      </w:pPr>
      <w:r>
        <w:t>Localização geral (cidade/estado): __________________________</w:t>
      </w:r>
    </w:p>
    <w:p w14:paraId="42984BF3" w14:textId="77777777" w:rsidR="00891639" w:rsidRPr="00292FD1" w:rsidRDefault="00000000">
      <w:pPr>
        <w:rPr>
          <w:lang w:val="es-AR"/>
        </w:rPr>
      </w:pPr>
      <w:r>
        <w:t>E-mail para contato: __________________________</w:t>
      </w:r>
    </w:p>
    <w:p w14:paraId="67A6861D" w14:textId="77777777" w:rsidR="00891639" w:rsidRPr="00292FD1" w:rsidRDefault="00000000">
      <w:pPr>
        <w:pStyle w:val="Ttulo2"/>
        <w:rPr>
          <w:lang w:val="es-AR"/>
        </w:rPr>
      </w:pPr>
      <w:r>
        <w:t>2. Características da atividade produtiva</w:t>
      </w:r>
    </w:p>
    <w:p w14:paraId="7A73E265" w14:textId="77777777" w:rsidR="00891639" w:rsidRPr="00292FD1" w:rsidRDefault="00000000">
      <w:pPr>
        <w:rPr>
          <w:lang w:val="es-AR"/>
        </w:rPr>
      </w:pPr>
      <w:r>
        <w:t>Descrição geral do processo produtivo:</w:t>
        <w:br/>
        <w:br/>
        <w:t>Principais matérias-primas e insumos utilizados:</w:t>
        <w:br/>
        <w:br/>
        <w:t>Principais produtos fabricados:</w:t>
        <w:br/>
        <w:br/>
        <w:t>Processos que geram impactos ambientais:</w:t>
      </w:r>
    </w:p>
    <w:p w14:paraId="4AC1310E" w14:textId="77777777" w:rsidR="00891639" w:rsidRPr="00292FD1" w:rsidRDefault="00000000">
      <w:pPr>
        <w:pStyle w:val="Ttulo2"/>
        <w:rPr>
          <w:lang w:val="es-AR"/>
        </w:rPr>
      </w:pPr>
      <w:r>
        <w:t>3. Gestão de resíduos</w:t>
      </w:r>
    </w:p>
    <w:p w14:paraId="7083C35E" w14:textId="77777777" w:rsidR="00891639" w:rsidRPr="00292FD1" w:rsidRDefault="00000000">
      <w:pPr>
        <w:rPr>
          <w:lang w:val="es-AR"/>
        </w:rPr>
      </w:pPr>
      <w:r>
        <w:t>☐ Sim ☐ No  A empresa identifica e classifica os resíduos gerados?</w:t>
        <w:br/>
        <w:t>☐ Sim ☐ No  Existe separação entre resíduos comuns, recicláveis e perigosos?</w:t>
        <w:br/>
        <w:t>☐ Sim ☐ No  Existem registros da geração e destinação dos resíduos?</w:t>
        <w:br/>
        <w:t>☐ Sim ☐ No  A empresa conhece os requisitos legais aplicáveis?</w:t>
      </w:r>
    </w:p>
    <w:p w14:paraId="09EAF2D3" w14:textId="77777777" w:rsidR="00891639" w:rsidRPr="00292FD1" w:rsidRDefault="00000000">
      <w:pPr>
        <w:pStyle w:val="Ttulo2"/>
        <w:rPr>
          <w:lang w:val="es-AR"/>
        </w:rPr>
      </w:pPr>
      <w:r>
        <w:t>4. Uso eficiente de recursos</w:t>
      </w:r>
    </w:p>
    <w:p w14:paraId="15723DEE" w14:textId="77777777" w:rsidR="00891639" w:rsidRPr="00292FD1" w:rsidRDefault="00000000">
      <w:pPr>
        <w:rPr>
          <w:lang w:val="es-AR"/>
        </w:rPr>
      </w:pPr>
      <w:r>
        <w:t>☐ Sim ☐ No  O consumo de energia é controlado?</w:t>
        <w:br/>
        <w:t>☐ Sim ☐ No  O consumo de água é controlado?</w:t>
        <w:br/>
        <w:t>☐ Sim ☐ No  Existem ações para reduzir desperdícios de matérias-primas?</w:t>
        <w:br/>
        <w:t>☐ Sim ☐ No  São identificadas oportunidades de economia por meio de melhorias ambientais?</w:t>
      </w:r>
    </w:p>
    <w:p w14:paraId="5ABE8C8E" w14:textId="77777777" w:rsidR="00891639" w:rsidRPr="00292FD1" w:rsidRDefault="00000000">
      <w:pPr>
        <w:pStyle w:val="Ttulo2"/>
        <w:rPr>
          <w:lang w:val="es-AR"/>
        </w:rPr>
      </w:pPr>
      <w:r>
        <w:t>5. Aspectos ambientais relevantes</w:t>
      </w:r>
    </w:p>
    <w:p w14:paraId="5B230D29" w14:textId="77777777" w:rsidR="00891639" w:rsidRPr="00292FD1" w:rsidRDefault="00000000">
      <w:pPr>
        <w:rPr>
          <w:lang w:val="es-AR"/>
        </w:rPr>
      </w:pPr>
      <w:r>
        <w:t>Emissões atmosféricas ou gases:</w:t>
        <w:br/>
        <w:br/>
        <w:t>Efluentes líquidos:</w:t>
        <w:br/>
        <w:br/>
        <w:t>Ruídos ou vibrações:</w:t>
        <w:br/>
        <w:br/>
        <w:t>Armazenamento de substâncias químicas:</w:t>
        <w:br/>
        <w:br/>
        <w:t>Riscos de derramamentos ou emergências:</w:t>
      </w:r>
    </w:p>
    <w:p w14:paraId="6ABCB51C" w14:textId="77777777" w:rsidR="00891639" w:rsidRPr="00292FD1" w:rsidRDefault="00000000">
      <w:pPr>
        <w:pStyle w:val="Ttulo2"/>
        <w:rPr>
          <w:lang w:val="es-AR"/>
        </w:rPr>
      </w:pPr>
      <w:r>
        <w:t>6. Conformidade legal e documentação ambiental</w:t>
      </w:r>
    </w:p>
    <w:p w14:paraId="647CDD7E" w14:textId="77777777" w:rsidR="00891639" w:rsidRPr="00292FD1" w:rsidRDefault="00000000">
      <w:pPr>
        <w:rPr>
          <w:lang w:val="es-AR"/>
        </w:rPr>
      </w:pPr>
      <w:r>
        <w:t>☐ Sim ☐ No  A empresa conhece a legislação ambiental aplicável?</w:t>
        <w:br/>
        <w:t>☐ Sim ☐ No  Possui licenças, registros ou autorizações ambientais?</w:t>
        <w:br/>
        <w:t>☐ Sim ☐ No  Realiza controles ou medições ambientais?</w:t>
      </w:r>
    </w:p>
    <w:p w14:paraId="254A2150" w14:textId="77777777" w:rsidR="00891639" w:rsidRPr="00292FD1" w:rsidRDefault="00000000">
      <w:pPr>
        <w:pStyle w:val="Ttulo2"/>
        <w:rPr>
          <w:lang w:val="es-AR"/>
        </w:rPr>
      </w:pPr>
      <w:r>
        <w:t>7. Principais necessidades de melhoria</w:t>
      </w:r>
    </w:p>
    <w:p w14:paraId="27ECBB2D" w14:textId="77777777" w:rsidR="00891639" w:rsidRPr="00292FD1" w:rsidRDefault="00000000">
      <w:pPr>
        <w:rPr>
          <w:lang w:val="es-AR"/>
        </w:rPr>
      </w:pPr>
      <w:r>
        <w:t>Indique as principais preocupações ambientais ou aspectos que deseja melhorar:</w:t>
        <w:br/>
        <w:br/>
        <w:t>________________________________________________</w:t>
      </w:r>
    </w:p>
    <w:p w14:paraId="3FD58145" w14:textId="77777777" w:rsidR="00891639" w:rsidRPr="00292FD1" w:rsidRDefault="00000000">
      <w:pPr>
        <w:pStyle w:val="Ttulo2"/>
        <w:rPr>
          <w:lang w:val="es-AR"/>
        </w:rPr>
      </w:pPr>
      <w:r>
        <w:t>8. Objetivo da consulta</w:t>
      </w:r>
    </w:p>
    <w:p w14:paraId="7CCCF853" w14:textId="77777777" w:rsidR="00891639" w:rsidRPr="00292FD1" w:rsidRDefault="00000000">
      <w:pPr>
        <w:rPr>
          <w:lang w:val="es-AR"/>
        </w:rPr>
      </w:pPr>
      <w:r>
        <w:t>O que espera alcançar por meio de um diagnóstico ou consultoria ambiental?</w:t>
        <w:br/>
        <w:br/>
        <w:t>________________________________________________</w:t>
      </w:r>
    </w:p>
    <w:p w14:paraId="5E5F7433" w14:textId="77777777" w:rsidR="00891639" w:rsidRPr="00292FD1" w:rsidRDefault="00000000">
      <w:pPr>
        <w:rPr>
          <w:lang w:val="es-AR"/>
        </w:rPr>
      </w:pPr>
      <w:r>
        <w:t>Obrigado por preencher este diagnóstico. As informações permitirão realizar uma avaliação inicial e propor ações ambientais realistas voltadas ao cumprimento da legislação, à redução de riscos e à melhoria da eficiência operacional.</w:t>
      </w:r>
    </w:p>
    <w:sectPr w:rsidR="00891639" w:rsidRPr="00292FD1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14368056">
    <w:abstractNumId w:val="8"/>
  </w:num>
  <w:num w:numId="2" w16cid:durableId="1775906517">
    <w:abstractNumId w:val="6"/>
  </w:num>
  <w:num w:numId="3" w16cid:durableId="1022367168">
    <w:abstractNumId w:val="5"/>
  </w:num>
  <w:num w:numId="4" w16cid:durableId="1186551684">
    <w:abstractNumId w:val="4"/>
  </w:num>
  <w:num w:numId="5" w16cid:durableId="1354456664">
    <w:abstractNumId w:val="7"/>
  </w:num>
  <w:num w:numId="6" w16cid:durableId="1534339750">
    <w:abstractNumId w:val="3"/>
  </w:num>
  <w:num w:numId="7" w16cid:durableId="461969242">
    <w:abstractNumId w:val="2"/>
  </w:num>
  <w:num w:numId="8" w16cid:durableId="452477955">
    <w:abstractNumId w:val="1"/>
  </w:num>
  <w:num w:numId="9" w16cid:durableId="13087793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1F156B"/>
    <w:rsid w:val="00292FD1"/>
    <w:rsid w:val="0029639D"/>
    <w:rsid w:val="00326F90"/>
    <w:rsid w:val="00891639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CEF8A9D"/>
  <w14:defaultImageDpi w14:val="300"/>
  <w15:docId w15:val="{964E6886-2907-4E75-A7E1-190BDDD0D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hAnsi="Arial"/>
    </w:rPr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sv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421</Words>
  <Characters>2320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2736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Hugo Guidobaldi</cp:lastModifiedBy>
  <cp:revision>2</cp:revision>
  <dcterms:created xsi:type="dcterms:W3CDTF">2013-12-23T23:15:00Z</dcterms:created>
  <dcterms:modified xsi:type="dcterms:W3CDTF">2026-06-27T19:21:00Z</dcterms:modified>
  <cp:category/>
</cp:coreProperties>
</file>